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🧑‍🏫 מהדורה למורה – חידון מהיר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2"/>
          <w:rtl w:val="1"/>
          <w:szCs w:val="22"/>
        </w:rPr>
        <w:t>דף תרגול לעמוד ״חידון מהיר: איזה ממד?״ – גרסת נייר עם מפתח תשובות. מסלול עולים – עברית פשוטה.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9"/>
          <w:rtl w:val="1"/>
          <w:szCs w:val="19"/>
        </w:rPr>
        <w:t>⏱️ כ־20–30 דקות. אפשר לבדוק בזוגות לפי המפתח ולדון בפריטים שהיו מחלוקת.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🔑 מפתח תשובות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א׳ · </w:t>
      </w:r>
      <w:r>
        <w:rPr>
          <w:rFonts w:ascii="Arial" w:hAnsi="Arial" w:cs="Arial"/>
          <w:b w:val="0"/>
          <w:sz w:val="17"/>
          <w:rtl w:val="1"/>
          <w:szCs w:val="17"/>
        </w:rPr>
        <w:t>1 – פרשנות והיסק · 2 – איתור מידע · 3 – איתור מידע · 4 – הערכה וביקורת · 5 – פרשנות והיסק · 6 – הערכה וביקורת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· </w:t>
      </w:r>
      <w:r>
        <w:rPr>
          <w:rFonts w:ascii="Arial" w:hAnsi="Arial" w:cs="Arial"/>
          <w:b w:val="0"/>
          <w:sz w:val="17"/>
          <w:rtl w:val="1"/>
          <w:szCs w:val="17"/>
        </w:rPr>
        <w:t>1 – נכון · 2 – נכון · 3 – נכון · 4 – נכון · 5 – נכון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ג׳ · </w:t>
      </w:r>
      <w:r>
        <w:rPr>
          <w:rFonts w:ascii="Arial" w:hAnsi="Arial" w:cs="Arial"/>
          <w:b w:val="0"/>
          <w:sz w:val="17"/>
          <w:rtl w:val="1"/>
          <w:szCs w:val="17"/>
        </w:rPr>
        <w:t>שאלות מקוריות על הקטע; לבדוק שמילת השאלה מתאימה לממד ושהתשובה לשאלת האיתור כתובה בקטע.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✏️ דף התלמיד/ה – חידון מהיר: איזה ממד?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8"/>
          <w:rtl w:val="1"/>
          <w:szCs w:val="18"/>
        </w:rPr>
        <w:t>מילות שאלה ושאלות מהטקסטים · מסלול עולים – עברית פשוטה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0"/>
                <w:rtl w:val="1"/>
                <w:szCs w:val="20"/>
                <w:bCs/>
              </w:rPr>
              <w:t xml:space="preserve">📖 מילון קצר: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ממד – סוג של שאלה · נכון – כן, זה כך · לא נכון – לא, זה לא כך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עברית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English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Русский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العربية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አማርኛ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איתור מידע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finding information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поиск информации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استخراج المعلومات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መረጃ መፈለግ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🔍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פרשנות והיסק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interpretation and inference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интерпретация и вывод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التفسير والاستنتاج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ትርጓሜ እና መደምደሚያ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🧩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הערכה וביקורת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evaluation and critique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оценка и критика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التقييم والنقد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ግምገማ እና ትችት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⚖️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מילת שאלה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question word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вопросительное слово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أداة استفهام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የጥያቄ ቃል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🔤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א׳ – לאיזה ממד שייכים?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סמנו ✔ בעמודה המתאימה: מילת שאלה או שאלה מתוך טקסט.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10"/>
        <w:gridCol w:w="5386"/>
        <w:gridCol w:w="1304"/>
        <w:gridCol w:w="1304"/>
        <w:gridCol w:w="1304"/>
      </w:tblGrid>
      <w:tr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#</w:t>
            </w:r>
          </w:p>
        </w:tc>
        <w:tc>
          <w:tcPr>
            <w:tcW w:type="dxa" w:w="5386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מילת שאלה / שאלה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🔍 איתור מידע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🧩 פרשנות והיסק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⚖️ הערכה וביקורת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משותף לדבריהם של אורי וטליה בתיבה 4, ובמה דבריה של סלאם שונים?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ציינו / מנו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3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אילו שלושה חלקים כולל "מעגל התמיכה" שבונים בכפר לתלמידים חדשים?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4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האם לדעתכם קל לבני נוער לבצע את ההמלצות בפסקה 5? בחרו המלצה אחת, הביעו דעה ונמקו.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5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הביאו דוגמה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6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נמקו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ב׳ – נכון או לא נכון?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סמנו ✔ בעמודה המתאימה.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10"/>
        <w:gridCol w:w="6803"/>
        <w:gridCol w:w="1247"/>
        <w:gridCol w:w="1247"/>
      </w:tblGrid>
      <w:tr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#</w:t>
            </w:r>
          </w:p>
        </w:tc>
        <w:tc>
          <w:tcPr>
            <w:tcW w:type="dxa" w:w="6803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המשפט</w:t>
            </w:r>
          </w:p>
        </w:tc>
        <w:tc>
          <w:tcPr>
            <w:tcW w:type="dxa" w:w="124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נכון</w:t>
            </w:r>
          </w:p>
        </w:tc>
        <w:tc>
          <w:tcPr>
            <w:tcW w:type="dxa" w:w="124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לא נכון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</w:t>
            </w:r>
          </w:p>
        </w:tc>
        <w:tc>
          <w:tcPr>
            <w:tcW w:type="dxa" w:w="6803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״על פי הטקסט״ אומר שעונים רק ממה שכתוב בטקסט.</w:t>
            </w:r>
          </w:p>
        </w:tc>
        <w:tc>
          <w:tcPr>
            <w:tcW w:type="dxa" w:w="124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24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</w:t>
            </w:r>
          </w:p>
        </w:tc>
        <w:tc>
          <w:tcPr>
            <w:tcW w:type="dxa" w:w="6803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המילה ״לדעתכם״ בשאלה מסמנת בדרך כלל שאלת הערכה וביקורת.</w:t>
            </w:r>
          </w:p>
        </w:tc>
        <w:tc>
          <w:tcPr>
            <w:tcW w:type="dxa" w:w="124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24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3</w:t>
            </w:r>
          </w:p>
        </w:tc>
        <w:tc>
          <w:tcPr>
            <w:tcW w:type="dxa" w:w="6803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בשאלת פרשנות והיסק מחברים פרטים מהטקסט ומסיקים מסקנה.</w:t>
            </w:r>
          </w:p>
        </w:tc>
        <w:tc>
          <w:tcPr>
            <w:tcW w:type="dxa" w:w="124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24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4</w:t>
            </w:r>
          </w:p>
        </w:tc>
        <w:tc>
          <w:tcPr>
            <w:tcW w:type="dxa" w:w="6803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המילה ״הסבירו״ מופיעה בדרך כלל בשאלות פרשנות והיסק.</w:t>
            </w:r>
          </w:p>
        </w:tc>
        <w:tc>
          <w:tcPr>
            <w:tcW w:type="dxa" w:w="124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24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5</w:t>
            </w:r>
          </w:p>
        </w:tc>
        <w:tc>
          <w:tcPr>
            <w:tcW w:type="dxa" w:w="6803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בשאלת איתור מידע התשובה כתובה בטקסט במפורש.</w:t>
            </w:r>
          </w:p>
        </w:tc>
        <w:tc>
          <w:tcPr>
            <w:tcW w:type="dxa" w:w="124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24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</w:tbl>
    <w:p>
      <w:pPr>
        <w:bidi w:val="1"/>
        <w:spacing w:after="40" w:before="0"/>
      </w:pPr>
    </w:p>
    <w:p>
      <w:r>
        <w:br w:type="page"/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ג׳ – כותבים שאלה מכל ממד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קראו את הקטע (מתוך ״המסע הארוך של בקבוק קטן״):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B9A7F0"/>
          <w:left w:val="single" w:sz="6" w:color="B9A7F0"/>
          <w:bottom w:val="single" w:sz="6" w:color="B9A7F0"/>
          <w:right w:val="single" w:sz="6" w:color="B9A7F0"/>
          <w:insideH w:val="single" w:sz="6" w:color="B9A7F0"/>
          <w:insideV w:val="single" w:sz="6" w:color="B9A7F0"/>
        </w:tblBorders>
      </w:tblPr>
      <w:tblGrid>
        <w:gridCol w:w="10426"/>
      </w:tblGrid>
      <w:tr>
        <w:tc>
          <w:tcPr>
            <w:tcW w:type="dxa" w:w="10426"/>
            <w:shd w:val="clear" w:fill="F7F3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בקבוקים עשויים מפלסטיק. מייצרים פלסטיק מנפט ומגז. הם לא מתחדשים. במפעל מחממים ומנפחים את הפלסטיק. זה צורך הרבה אנרגיה.</w:t>
            </w:r>
          </w:p>
        </w:tc>
      </w:tr>
    </w:tbl>
    <w:p>
      <w:pPr>
        <w:bidi w:val="1"/>
        <w:spacing w:after="40" w:before="0"/>
      </w:pP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כתבו שאלה מממד 🔍 איתור מידע על הקטע.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מילים שיכולות לעזור: מה, מי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כתבו שאלה מממד 🧩 פרשנות והיסק על הקטע.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מילים שיכולות לעזור: מדוע, הסבירו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1. מילת שאלה חדשה שלמדתי היום: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2. משפט אחד: מה עושים לפני שעונים?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דף תרגול · חידון מהיר · עולים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חידון מהיר · עולים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