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חידון מהיר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7"/>
          <w:rtl w:val="1"/>
          <w:szCs w:val="27"/>
        </w:rPr>
        <w:t>דף תרגול לעמוד ״חידון מהיר: איזה ממד?״ – גרסת נייר עם מפתח תשובות. מסלול חנ״מ – מותאם.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⏱️ כ־20–30 דקות. אפשר לבדוק בזוגות לפי המפתח ולדון בפריטים שהיו מחלוקת.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· </w:t>
      </w:r>
      <w:r>
        <w:rPr>
          <w:rFonts w:ascii="Arial" w:hAnsi="Arial" w:cs="Arial"/>
          <w:b w:val="0"/>
          <w:sz w:val="22"/>
          <w:rtl w:val="1"/>
          <w:szCs w:val="22"/>
        </w:rPr>
        <w:t>1 – הערכה וביקורת · 2 – פרשנות והיסק · 3 – פרשנות והיסק · 4 – איתור מידע · 5 – הערכה וביקורת · 6 – איתור מידע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· </w:t>
      </w:r>
      <w:r>
        <w:rPr>
          <w:rFonts w:ascii="Arial" w:hAnsi="Arial" w:cs="Arial"/>
          <w:b w:val="0"/>
          <w:sz w:val="22"/>
          <w:rtl w:val="1"/>
          <w:szCs w:val="22"/>
        </w:rPr>
        <w:t>1 – נכון · 2 – לא נכון · 3 – נכון · 4 – נכון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ג׳ · </w:t>
      </w:r>
      <w:r>
        <w:rPr>
          <w:rFonts w:ascii="Arial" w:hAnsi="Arial" w:cs="Arial"/>
          <w:b w:val="0"/>
          <w:sz w:val="22"/>
          <w:rtl w:val="1"/>
          <w:szCs w:val="22"/>
        </w:rPr>
        <w:t>שאלות מקוריות על הקטע; לבדוק שמילת השאלה מתאימה לממד ושהתשובה לשאלת האיתור כתובה בקטע.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התלמיד/ה – חידון מהיר: איזה ממד?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מילות שאלה ושאלות מהטקסטים · מסלול חנ״מ – מותאם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 – לאיזה ממד שייכים?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סמנו ✔ בעמודה המתאימה: מילת שאלה או שאלה מתוך טקסט.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מילת שאלה / 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האם אתם מסכימים עם עמדת הכותב? הביעו עמדה משלכם והוסיפו נימוק אחד שאינו מופיע בטקסט.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למי מיועד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מטרת המאמר? הסבירו כיצד הפסקה הראשונה והפסקה האחרונה עוזרות להשיג אותה.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4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אילו שלושה חלקים כולל "מעגל התמיכה" שבונים בכפר לתלמידים חדשים?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5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שכנעו / כתבו מכתב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6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כמה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 – נכון או לא נכון?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סמנו ✔ בעמודה המתאימה.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6803"/>
        <w:gridCol w:w="1247"/>
        <w:gridCol w:w="1247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6803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המשפט</w:t>
            </w:r>
          </w:p>
        </w:tc>
        <w:tc>
          <w:tcPr>
            <w:tcW w:type="dxa" w:w="124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נכון</w:t>
            </w:r>
          </w:p>
        </w:tc>
        <w:tc>
          <w:tcPr>
            <w:tcW w:type="dxa" w:w="124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לא נכון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6803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המילה ״הסבירו״ מופיעה בדרך כלל בשאלות פרשנות והיסק.</w:t>
            </w:r>
          </w:p>
        </w:tc>
        <w:tc>
          <w:tcPr>
            <w:tcW w:type="dxa" w:w="124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24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6803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בשאלת איתור מידע כותבים את הדעה האישית שלנו.</w:t>
            </w:r>
          </w:p>
        </w:tc>
        <w:tc>
          <w:tcPr>
            <w:tcW w:type="dxa" w:w="124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24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6803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המילה ״לדעתכם״ בשאלה מסמנת בדרך כלל שאלת הערכה וביקורת.</w:t>
            </w:r>
          </w:p>
        </w:tc>
        <w:tc>
          <w:tcPr>
            <w:tcW w:type="dxa" w:w="124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24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4</w:t>
            </w:r>
          </w:p>
        </w:tc>
        <w:tc>
          <w:tcPr>
            <w:tcW w:type="dxa" w:w="6803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בשאלת פרשנות והיסק מחברים פרטים מהטקסט ומסיקים מסקנה.</w:t>
            </w:r>
          </w:p>
        </w:tc>
        <w:tc>
          <w:tcPr>
            <w:tcW w:type="dxa" w:w="124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24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 – כותבים שאלה מכל ממד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קראו את הקטע (מתוך ״המסע הארוך של בקבוק קטן״):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B9A7F0"/>
          <w:left w:val="single" w:sz="6" w:color="B9A7F0"/>
          <w:bottom w:val="single" w:sz="6" w:color="B9A7F0"/>
          <w:right w:val="single" w:sz="6" w:color="B9A7F0"/>
          <w:insideH w:val="single" w:sz="6" w:color="B9A7F0"/>
          <w:insideV w:val="single" w:sz="6" w:color="B9A7F0"/>
        </w:tblBorders>
      </w:tblPr>
      <w:tblGrid>
        <w:gridCol w:w="10426"/>
      </w:tblGrid>
      <w:tr>
        <w:tc>
          <w:tcPr>
            <w:tcW w:type="dxa" w:w="10426"/>
            <w:shd w:val="clear" w:fill="F7F3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בקבוקים עשויים מפלסטיק. מייצרים פלסטיק מנפט ומגז. הם לא מתחדשים. במפעל מחממים ומנפחים את הפלסטיק. זה צורך הרבה אנרגיה.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כתבו שאלה מממד 🔍 איתור מידע על הקטע.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מילים שיכולות לעזור: מה, מי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מה למדתי היום? מילת שאלה אחת: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2. מה היה לי קל? ומה היה לי קשה?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חידון מהיר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חידון מהיר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