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מילון מילות 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״מילון מילות שאלה״: התאמת מילה ומשמעות, כתיבה בשפת הבית, השלמת מילת שאלה ושאילת שאלות. מסלול רגיל.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כ־25–30 דקות. מתאים במיוחד לעולים ולעולות; התרגומים באתר לבדיקה מול דוברי השפה (לוודא).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1–ו · 2–ז · 3–י · 4–ח · 5–ה · 6–ג · 7–ט · 8–ד · 9–א · 10–ב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תשובות אישיות – אפשר להיעזר בעמוד ״מילון״ באתר (התרגומים שם לבדיקה מול דוברי השפה).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· </w:t>
      </w:r>
      <w:r>
        <w:rPr>
          <w:rFonts w:ascii="Arial" w:hAnsi="Arial" w:cs="Arial"/>
          <w:b w:val="0"/>
          <w:sz w:val="17"/>
          <w:rtl w:val="1"/>
          <w:szCs w:val="17"/>
        </w:rPr>
        <w:t>1 – מה · 2 – למה · 3 – כמה · 4 – איזה · 5 – איפה · 6 – מתי · 7 – מי · 8 – איך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· </w:t>
      </w:r>
      <w:r>
        <w:rPr>
          <w:rFonts w:ascii="Arial" w:hAnsi="Arial" w:cs="Arial"/>
          <w:b w:val="0"/>
          <w:sz w:val="17"/>
          <w:rtl w:val="1"/>
          <w:szCs w:val="17"/>
        </w:rPr>
        <w:t>שאלות ותשובות אישיות. 4: ציינו – לכתוב פרטים בלי להסביר; הסבירו – לפרש במילים שלי; נמקו – להוסיף סיבה לכל טענה.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מילון מילות שאלה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מילים בשש שפות · מסלול רגיל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מילה ומשמעות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 כל מילה בעברית למילה באנגלית.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עברית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English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state / list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explain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where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which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when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איפה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ו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what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ז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who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/ איזו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ח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why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9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ט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how many / how much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י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how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כתבו כל מילה בשפה שלכם (בכל שפה שאתם מדברים).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2835"/>
        <w:gridCol w:w="850"/>
        <w:gridCol w:w="5953"/>
      </w:tblGrid>
      <w:tr>
        <w:tc>
          <w:tcPr>
            <w:tcW w:type="dxa" w:w="28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עברית</w:t>
            </w:r>
          </w:p>
        </w:tc>
        <w:tc>
          <w:tcPr>
            <w:tcW w:type="dxa" w:w="85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5953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בשפה שלי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❔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👤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🛠️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🤷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מתי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⏰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איפה / היכן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📍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______________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משלימים את מילת השאלה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השלימו את מילת השאלה החסרה. היעזרו במחסן המילים.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2"/>
                <w:rtl w:val="1"/>
                <w:szCs w:val="22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איזה     מתי     כמה     מי     מה     איך     למה     איפה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___ שמך? – שמי נועה.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___ לא באת אתמול? – כי הייתי חולה.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___ תלמידים יש בכיתה? – שלושים.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___ ספר בחרת? – את הספר הכחול.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___ נמצאת הספרייה? – בקומה השנייה.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___ מתחיל השיעור? – בשעה עשר.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___ מגיעים לבית הספר באוטובוס? – דניאל ושירה.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___ מגיעים לחדר המורים? – הולכים ישר ופונים ימינה.</w:t>
      </w: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שואלים ועונים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כתבו שלוש שאלות על הכיתה שלכם – עם ״מי״, ״מתי״ ו״איפה״. ענו על כל שאלה במשפט מלא.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שאלה עם ״מי״: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תשובה: 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שאלה עם ״מתי״: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תשובה: 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שאלה עם ״איפה״: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תשובה: 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בחרו מילת הוראה (ציינו / הסבירו / נמקו) והסבירו במילים שלכם מה היא מבקשת.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אחת שלמדתי לזהות היום ומה היא דורשת: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השלב מתוך החמישה שהכי עזר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3. שאלה שעדיין קשה לי לפרק: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מילון · רגיל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מילון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